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Heading1"/>
      </w:pPr>
      <w:r>
        <w:t>CONTRAT DE MICROCRÉDIT</w:t>
      </w:r>
    </w:p>
    <w:p>
      <w:r>
        <w:t>Entre les soussignés :</w:t>
        <w:br/>
        <w:br/>
        <w:t>Le Prêteur : _______________________________</w:t>
        <w:br/>
        <w:t>Adresse : _________________________________</w:t>
        <w:br/>
        <w:t>Téléphone : ________________________________</w:t>
        <w:br/>
        <w:br/>
        <w:t>Et</w:t>
        <w:br/>
        <w:br/>
        <w:t>L’Emprunteur : _____________________________</w:t>
        <w:br/>
        <w:t>Adresse : _________________________________</w:t>
        <w:br/>
        <w:t>Téléphone : ________________________________</w:t>
        <w:br/>
        <w:t>Numéro de pièce d’identité : _______________</w:t>
        <w:br/>
        <w:br/>
        <w:t>Le Garant : ________________________________</w:t>
        <w:br/>
        <w:t>Adresse : _________________________________</w:t>
        <w:br/>
        <w:t>Téléphone : ________________________________</w:t>
        <w:br/>
        <w:t>Numéro de pièce d’identité : _______________</w:t>
        <w:br/>
      </w:r>
    </w:p>
    <w:p>
      <w:pPr>
        <w:pStyle w:val="Heading2"/>
      </w:pPr>
      <w:r>
        <w:t>Article 1 : Objet du contrat</w:t>
      </w:r>
    </w:p>
    <w:p>
      <w:r>
        <w:t>Le présent contrat a pour objet l’octroi d’un microcrédit d’un montant de : __________ FCFA accordé par le Prêteur à l’Emprunteur.</w:t>
      </w:r>
    </w:p>
    <w:p>
      <w:pPr>
        <w:pStyle w:val="Heading2"/>
      </w:pPr>
      <w:r>
        <w:t>Article 2 : Taux d’intérêt</w:t>
      </w:r>
    </w:p>
    <w:p>
      <w:r>
        <w:t>Le prêt est accordé avec un taux d’intérêt fixe de 30% sur une durée de deux (2) mois.</w:t>
        <w:br/>
        <w:t>Le montant total à rembourser est donc : Montant emprunté + 30%.</w:t>
      </w:r>
    </w:p>
    <w:p>
      <w:pPr>
        <w:pStyle w:val="Heading2"/>
      </w:pPr>
      <w:r>
        <w:t>Article 3 : Modalités de remboursement</w:t>
      </w:r>
    </w:p>
    <w:p>
      <w:r>
        <w:t>Le remboursement se fera sur une période de deux (2) mois.</w:t>
        <w:br/>
        <w:t>Le paiement s’effectuera un jour sur deux (hors dimanches).</w:t>
        <w:br/>
        <w:t>Chaque versement correspondra à 5% du montant emprunté.</w:t>
        <w:br/>
        <w:t>Les paiements seront effectués directement auprès du Prêteur ou de son représentant.</w:t>
      </w:r>
    </w:p>
    <w:p>
      <w:pPr>
        <w:pStyle w:val="Heading2"/>
      </w:pPr>
      <w:r>
        <w:t>Article 4 : Retard de paiement</w:t>
      </w:r>
    </w:p>
    <w:p>
      <w:r>
        <w:t>Tout retard de paiement entraînera une pénalité journalière fixée à ________ FCFA.</w:t>
        <w:br/>
        <w:t>Après 7 jours de retard, le Prêteur se réserve le droit d’engager des procédures de recouvrement auprès du Garant.</w:t>
      </w:r>
    </w:p>
    <w:p>
      <w:pPr>
        <w:pStyle w:val="Heading2"/>
      </w:pPr>
      <w:r>
        <w:t>Article 5 : Engagement du Garant</w:t>
      </w:r>
    </w:p>
    <w:p>
      <w:r>
        <w:t>Le Garant s’engage solidairement à rembourser la totalité du montant restant dû en cas de défaillance de l’Emprunteur.</w:t>
      </w:r>
    </w:p>
    <w:p>
      <w:pPr>
        <w:pStyle w:val="Heading2"/>
      </w:pPr>
      <w:r>
        <w:t>Article 6 : Reconnaissance et signature</w:t>
      </w:r>
    </w:p>
    <w:p>
      <w:r>
        <w:t>Le présent contrat est signé librement par les parties qui reconnaissent en avoir pris connaissance et accepter l’ensemble des conditions.</w:t>
        <w:br/>
        <w:br/>
        <w:t>Fait à ____________________, le ____ / ____ / ______</w:t>
        <w:br/>
        <w:br/>
        <w:t>Signature du Prêteur : ______________________</w:t>
        <w:br/>
        <w:br/>
        <w:t>Signature de l’Emprunteur : __________________</w:t>
        <w:br/>
        <w:br/>
        <w:t>Signature du Garant : ________________________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